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/>
        <w:jc w:val="center"/>
      </w:pPr>
    </w:p>
    <w:tbl>
      <w:tblPr>
        <w:tblW w:type="dxa" w:w="14572"/>
        <w:jc w:val="center"/>
        <w:tblLayout w:type="fixed"/>
        <w:tblLook w:firstColumn="1" w:firstRow="1" w:lastColumn="0" w:lastRow="0" w:noHBand="0" w:noVBand="1" w:val="04A0"/>
      </w:tblPr>
      <w:tblGrid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</w:tblGrid>
      <w:tr>
        <w:trPr>
          <w:trHeight w:val="662" w:hRule="exact"/>
        </w:trPr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</w:tr>
      <w:tr>
        <w:trPr>
          <w:trHeight w:val="662" w:hRule="exact"/>
        </w:trPr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</w:tr>
      <w:tr>
        <w:trPr>
          <w:trHeight w:val="662" w:hRule="exact"/>
        </w:trPr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</w:tr>
      <w:tr>
        <w:trPr>
          <w:trHeight w:val="662" w:hRule="exact"/>
        </w:trPr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</w:tr>
      <w:tr>
        <w:trPr>
          <w:trHeight w:val="662" w:hRule="exact"/>
        </w:trPr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</w:tr>
      <w:tr>
        <w:trPr>
          <w:trHeight w:val="662" w:hRule="exact"/>
        </w:trPr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</w:tr>
      <w:tr>
        <w:trPr>
          <w:trHeight w:val="662" w:hRule="exact"/>
        </w:trPr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</w:tr>
      <w:tr>
        <w:trPr>
          <w:trHeight w:val="662" w:hRule="exact"/>
        </w:trPr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</w:tr>
      <w:tr>
        <w:trPr>
          <w:trHeight w:val="662" w:hRule="exact"/>
        </w:trPr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</w:tr>
      <w:tr>
        <w:trPr>
          <w:trHeight w:val="662" w:hRule="exact"/>
        </w:trPr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</w:tr>
      <w:tr>
        <w:trPr>
          <w:trHeight w:val="662" w:hRule="exact"/>
        </w:trPr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</w:tr>
      <w:tr>
        <w:trPr>
          <w:trHeight w:val="662" w:hRule="exact"/>
        </w:trPr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  <w:tc>
          <w:tcPr>
            <w:tcW w:type="dxa" w:w="662"/>
            <w:vAlign w:val="center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8" w:color="000000" w:space="0"/>
              <w:left w:val="single" w:sz="8" w:color="000000" w:space="0"/>
              <w:bottom w:val="single" w:sz="8" w:color="000000" w:space="0"/>
              <w:right w:val="single" w:sz="8" w:color="000000" w:space="0"/>
            </w:tcBorders>
          </w:tcPr>
          <w:p>
            <w:pPr>
              <w:spacing w:after="0" w:before="0" w:line="240" w:lineRule="auto"/>
              <w:jc w:val="center"/>
            </w:pPr>
          </w:p>
        </w:tc>
      </w:tr>
    </w:tbl>
    <w:sectPr w:rsidR="00FC693F" w:rsidRPr="0006063C" w:rsidSect="00034616">
      <w:pgSz w:w="16834" w:h="11909" w:orient="landscape"/>
      <w:pgMar w:top="1368" w:right="792" w:bottom="100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